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F4B69" w14:textId="37A09593" w:rsidR="0078783D" w:rsidRDefault="0078783D">
      <w:pPr>
        <w:pStyle w:val="Ttulo"/>
        <w:jc w:val="center"/>
        <w:rPr>
          <w:rFonts w:ascii="Arial" w:hAnsi="Arial" w:cs="Arial"/>
          <w:sz w:val="24"/>
          <w:szCs w:val="24"/>
        </w:rPr>
      </w:pPr>
      <w:r w:rsidRPr="0078783D">
        <w:rPr>
          <w:rFonts w:ascii="Arial" w:hAnsi="Arial" w:cs="Arial"/>
          <w:sz w:val="24"/>
          <w:szCs w:val="24"/>
        </w:rPr>
        <w:t>ORIENTAÇÃO TÉCNICA</w:t>
      </w:r>
    </w:p>
    <w:p w14:paraId="078D6049" w14:textId="6E0CE3E2" w:rsidR="0078783D" w:rsidRDefault="0078783D">
      <w:pPr>
        <w:pStyle w:val="Ttulo"/>
        <w:jc w:val="center"/>
        <w:rPr>
          <w:rFonts w:ascii="Arial" w:hAnsi="Arial" w:cs="Arial"/>
          <w:sz w:val="24"/>
          <w:szCs w:val="24"/>
        </w:rPr>
      </w:pPr>
      <w:r w:rsidRPr="0078783D">
        <w:rPr>
          <w:rFonts w:ascii="Arial" w:hAnsi="Arial" w:cs="Arial"/>
          <w:sz w:val="24"/>
          <w:szCs w:val="24"/>
        </w:rPr>
        <w:t>ESTÁGIO DE DOCÊNCIA NA GRADUAÇÃO POR PÓS-GRADUANDOS DA UNEMAT E DE OUTRAS INSTITUIÇÕES</w:t>
      </w:r>
    </w:p>
    <w:p w14:paraId="11D8E392" w14:textId="77777777" w:rsidR="0078783D" w:rsidRPr="0078783D" w:rsidRDefault="0078783D" w:rsidP="0078783D"/>
    <w:p w14:paraId="0D56FBC2" w14:textId="581A6479" w:rsidR="008356B5" w:rsidRPr="0078783D" w:rsidRDefault="0078783D">
      <w:pPr>
        <w:pStyle w:val="Ttulo"/>
        <w:jc w:val="center"/>
        <w:rPr>
          <w:rFonts w:ascii="Arial" w:hAnsi="Arial" w:cs="Arial"/>
          <w:sz w:val="24"/>
          <w:szCs w:val="24"/>
          <w:u w:val="single"/>
        </w:rPr>
      </w:pPr>
      <w:r w:rsidRPr="0078783D">
        <w:rPr>
          <w:rFonts w:ascii="Arial" w:hAnsi="Arial" w:cs="Arial"/>
          <w:sz w:val="24"/>
          <w:szCs w:val="24"/>
          <w:u w:val="single"/>
        </w:rPr>
        <w:t xml:space="preserve">ANEXO I </w:t>
      </w:r>
      <w:r w:rsidR="00000000" w:rsidRPr="0078783D">
        <w:rPr>
          <w:rFonts w:ascii="Arial" w:hAnsi="Arial" w:cs="Arial"/>
          <w:sz w:val="24"/>
          <w:szCs w:val="24"/>
          <w:u w:val="single"/>
        </w:rPr>
        <w:t>REQUERIMENTO PARA ESTÁGIO DE DOCÊNCIA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3"/>
        <w:gridCol w:w="5977"/>
      </w:tblGrid>
      <w:tr w:rsidR="008356B5" w:rsidRPr="00A15230" w14:paraId="10FAA6DC" w14:textId="77777777" w:rsidTr="00E2015E">
        <w:trPr>
          <w:jc w:val="center"/>
        </w:trPr>
        <w:tc>
          <w:tcPr>
            <w:tcW w:w="3093" w:type="dxa"/>
            <w:shd w:val="clear" w:color="auto" w:fill="EAF0F6"/>
            <w:vAlign w:val="center"/>
          </w:tcPr>
          <w:p w14:paraId="2501C61D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b/>
                <w:sz w:val="24"/>
                <w:szCs w:val="24"/>
              </w:rPr>
              <w:t>Pós-</w:t>
            </w:r>
            <w:proofErr w:type="spellStart"/>
            <w:r w:rsidRPr="00A15230">
              <w:rPr>
                <w:rFonts w:ascii="Arial" w:hAnsi="Arial" w:cs="Arial"/>
                <w:b/>
                <w:sz w:val="24"/>
                <w:szCs w:val="24"/>
              </w:rPr>
              <w:t>graduando</w:t>
            </w:r>
            <w:proofErr w:type="spellEnd"/>
            <w:r w:rsidRPr="00A15230">
              <w:rPr>
                <w:rFonts w:ascii="Arial" w:hAnsi="Arial" w:cs="Arial"/>
                <w:b/>
                <w:sz w:val="24"/>
                <w:szCs w:val="24"/>
              </w:rPr>
              <w:t>(a)</w:t>
            </w:r>
          </w:p>
        </w:tc>
        <w:tc>
          <w:tcPr>
            <w:tcW w:w="5977" w:type="dxa"/>
            <w:vAlign w:val="center"/>
          </w:tcPr>
          <w:p w14:paraId="501A033A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sz w:val="24"/>
                <w:szCs w:val="24"/>
              </w:rPr>
              <w:t>[nome completo]</w:t>
            </w:r>
          </w:p>
        </w:tc>
      </w:tr>
      <w:tr w:rsidR="008356B5" w:rsidRPr="00A15230" w14:paraId="32481A9C" w14:textId="77777777" w:rsidTr="00E2015E">
        <w:trPr>
          <w:jc w:val="center"/>
        </w:trPr>
        <w:tc>
          <w:tcPr>
            <w:tcW w:w="3093" w:type="dxa"/>
            <w:shd w:val="clear" w:color="auto" w:fill="EAF0F6"/>
            <w:vAlign w:val="center"/>
          </w:tcPr>
          <w:p w14:paraId="7ADFF0C7" w14:textId="10F8753A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b/>
                <w:sz w:val="24"/>
                <w:szCs w:val="24"/>
              </w:rPr>
              <w:t>CPF</w:t>
            </w:r>
          </w:p>
        </w:tc>
        <w:tc>
          <w:tcPr>
            <w:tcW w:w="5977" w:type="dxa"/>
            <w:vAlign w:val="center"/>
          </w:tcPr>
          <w:p w14:paraId="7C24FE98" w14:textId="513222BC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sz w:val="24"/>
                <w:szCs w:val="24"/>
              </w:rPr>
              <w:t xml:space="preserve">[CPF]  </w:t>
            </w:r>
          </w:p>
        </w:tc>
      </w:tr>
      <w:tr w:rsidR="008356B5" w:rsidRPr="00A15230" w14:paraId="6ED36C49" w14:textId="77777777" w:rsidTr="00E2015E">
        <w:trPr>
          <w:jc w:val="center"/>
        </w:trPr>
        <w:tc>
          <w:tcPr>
            <w:tcW w:w="3093" w:type="dxa"/>
            <w:shd w:val="clear" w:color="auto" w:fill="EAF0F6"/>
            <w:vAlign w:val="center"/>
          </w:tcPr>
          <w:p w14:paraId="1331A339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b/>
                <w:sz w:val="24"/>
                <w:szCs w:val="24"/>
              </w:rPr>
              <w:t>Programa e instituição</w:t>
            </w:r>
          </w:p>
        </w:tc>
        <w:tc>
          <w:tcPr>
            <w:tcW w:w="5977" w:type="dxa"/>
            <w:vAlign w:val="center"/>
          </w:tcPr>
          <w:p w14:paraId="724F7F4C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sz w:val="24"/>
                <w:szCs w:val="24"/>
              </w:rPr>
              <w:t>[</w:t>
            </w:r>
            <w:proofErr w:type="gramStart"/>
            <w:r w:rsidRPr="00A15230">
              <w:rPr>
                <w:rFonts w:ascii="Arial" w:hAnsi="Arial" w:cs="Arial"/>
                <w:sz w:val="24"/>
                <w:szCs w:val="24"/>
              </w:rPr>
              <w:t>programa]  |</w:t>
            </w:r>
            <w:proofErr w:type="gramEnd"/>
            <w:r w:rsidRPr="00A15230">
              <w:rPr>
                <w:rFonts w:ascii="Arial" w:hAnsi="Arial" w:cs="Arial"/>
                <w:sz w:val="24"/>
                <w:szCs w:val="24"/>
              </w:rPr>
              <w:t xml:space="preserve">  [instituição]</w:t>
            </w:r>
          </w:p>
        </w:tc>
      </w:tr>
      <w:tr w:rsidR="008356B5" w:rsidRPr="00A15230" w14:paraId="7DD3BFA4" w14:textId="77777777" w:rsidTr="00E2015E">
        <w:trPr>
          <w:jc w:val="center"/>
        </w:trPr>
        <w:tc>
          <w:tcPr>
            <w:tcW w:w="3093" w:type="dxa"/>
            <w:shd w:val="clear" w:color="auto" w:fill="EAF0F6"/>
            <w:vAlign w:val="center"/>
          </w:tcPr>
          <w:p w14:paraId="3FEE1917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b/>
                <w:sz w:val="24"/>
                <w:szCs w:val="24"/>
              </w:rPr>
              <w:t>Vínculo</w:t>
            </w:r>
          </w:p>
        </w:tc>
        <w:tc>
          <w:tcPr>
            <w:tcW w:w="5977" w:type="dxa"/>
            <w:vAlign w:val="center"/>
          </w:tcPr>
          <w:p w14:paraId="2C4568D7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15230">
              <w:rPr>
                <w:rFonts w:ascii="Arial" w:hAnsi="Arial" w:cs="Arial"/>
                <w:sz w:val="24"/>
                <w:szCs w:val="24"/>
              </w:rPr>
              <w:t xml:space="preserve"> UNEMAT   </w:t>
            </w:r>
            <w:r w:rsidRPr="00A1523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15230">
              <w:rPr>
                <w:rFonts w:ascii="Arial" w:hAnsi="Arial" w:cs="Arial"/>
                <w:sz w:val="24"/>
                <w:szCs w:val="24"/>
              </w:rPr>
              <w:t xml:space="preserve"> Outra instituição</w:t>
            </w:r>
          </w:p>
        </w:tc>
      </w:tr>
      <w:tr w:rsidR="008356B5" w:rsidRPr="00A15230" w14:paraId="426C7607" w14:textId="77777777" w:rsidTr="00E2015E">
        <w:trPr>
          <w:jc w:val="center"/>
        </w:trPr>
        <w:tc>
          <w:tcPr>
            <w:tcW w:w="3093" w:type="dxa"/>
            <w:shd w:val="clear" w:color="auto" w:fill="EAF0F6"/>
            <w:vAlign w:val="center"/>
          </w:tcPr>
          <w:p w14:paraId="3F6BF7FB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b/>
                <w:sz w:val="24"/>
                <w:szCs w:val="24"/>
              </w:rPr>
              <w:t>Curso de graduação</w:t>
            </w:r>
          </w:p>
        </w:tc>
        <w:tc>
          <w:tcPr>
            <w:tcW w:w="5977" w:type="dxa"/>
            <w:vAlign w:val="center"/>
          </w:tcPr>
          <w:p w14:paraId="2C152656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sz w:val="24"/>
                <w:szCs w:val="24"/>
              </w:rPr>
              <w:t>[curso]</w:t>
            </w:r>
          </w:p>
        </w:tc>
      </w:tr>
      <w:tr w:rsidR="008356B5" w:rsidRPr="00A15230" w14:paraId="6E7F5208" w14:textId="77777777" w:rsidTr="00E2015E">
        <w:trPr>
          <w:jc w:val="center"/>
        </w:trPr>
        <w:tc>
          <w:tcPr>
            <w:tcW w:w="3093" w:type="dxa"/>
            <w:shd w:val="clear" w:color="auto" w:fill="EAF0F6"/>
            <w:vAlign w:val="center"/>
          </w:tcPr>
          <w:p w14:paraId="55F8BAA4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b/>
                <w:sz w:val="24"/>
                <w:szCs w:val="24"/>
              </w:rPr>
              <w:t>Disciplina e turma</w:t>
            </w:r>
          </w:p>
        </w:tc>
        <w:tc>
          <w:tcPr>
            <w:tcW w:w="5977" w:type="dxa"/>
            <w:vAlign w:val="center"/>
          </w:tcPr>
          <w:p w14:paraId="421D0616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sz w:val="24"/>
                <w:szCs w:val="24"/>
              </w:rPr>
              <w:t>[nome/</w:t>
            </w:r>
            <w:proofErr w:type="gramStart"/>
            <w:r w:rsidRPr="00A15230">
              <w:rPr>
                <w:rFonts w:ascii="Arial" w:hAnsi="Arial" w:cs="Arial"/>
                <w:sz w:val="24"/>
                <w:szCs w:val="24"/>
              </w:rPr>
              <w:t>código]  |</w:t>
            </w:r>
            <w:proofErr w:type="gramEnd"/>
            <w:r w:rsidRPr="00A15230">
              <w:rPr>
                <w:rFonts w:ascii="Arial" w:hAnsi="Arial" w:cs="Arial"/>
                <w:sz w:val="24"/>
                <w:szCs w:val="24"/>
              </w:rPr>
              <w:t xml:space="preserve">  [turma]</w:t>
            </w:r>
          </w:p>
        </w:tc>
      </w:tr>
      <w:tr w:rsidR="008356B5" w:rsidRPr="00A15230" w14:paraId="3D9581A3" w14:textId="77777777" w:rsidTr="00E2015E">
        <w:trPr>
          <w:jc w:val="center"/>
        </w:trPr>
        <w:tc>
          <w:tcPr>
            <w:tcW w:w="3093" w:type="dxa"/>
            <w:shd w:val="clear" w:color="auto" w:fill="EAF0F6"/>
            <w:vAlign w:val="center"/>
          </w:tcPr>
          <w:p w14:paraId="257AE728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b/>
                <w:sz w:val="24"/>
                <w:szCs w:val="24"/>
              </w:rPr>
              <w:t>Docente supervisor(a)</w:t>
            </w:r>
          </w:p>
        </w:tc>
        <w:tc>
          <w:tcPr>
            <w:tcW w:w="5977" w:type="dxa"/>
            <w:vAlign w:val="center"/>
          </w:tcPr>
          <w:p w14:paraId="7702B2E2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sz w:val="24"/>
                <w:szCs w:val="24"/>
              </w:rPr>
              <w:t>[nome]</w:t>
            </w:r>
          </w:p>
        </w:tc>
      </w:tr>
      <w:tr w:rsidR="008356B5" w:rsidRPr="00A15230" w14:paraId="13E4C6DD" w14:textId="77777777" w:rsidTr="00E2015E">
        <w:trPr>
          <w:jc w:val="center"/>
        </w:trPr>
        <w:tc>
          <w:tcPr>
            <w:tcW w:w="3093" w:type="dxa"/>
            <w:shd w:val="clear" w:color="auto" w:fill="EAF0F6"/>
            <w:vAlign w:val="center"/>
          </w:tcPr>
          <w:p w14:paraId="2B9B15AB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b/>
                <w:sz w:val="24"/>
                <w:szCs w:val="24"/>
              </w:rPr>
              <w:t>Período e carga horária</w:t>
            </w:r>
          </w:p>
        </w:tc>
        <w:tc>
          <w:tcPr>
            <w:tcW w:w="5977" w:type="dxa"/>
            <w:vAlign w:val="center"/>
          </w:tcPr>
          <w:p w14:paraId="779B1796" w14:textId="77777777" w:rsidR="008356B5" w:rsidRPr="00A15230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sz w:val="24"/>
                <w:szCs w:val="24"/>
              </w:rPr>
              <w:t>[início] a [</w:t>
            </w:r>
            <w:proofErr w:type="gramStart"/>
            <w:r w:rsidRPr="00A15230">
              <w:rPr>
                <w:rFonts w:ascii="Arial" w:hAnsi="Arial" w:cs="Arial"/>
                <w:sz w:val="24"/>
                <w:szCs w:val="24"/>
              </w:rPr>
              <w:t>fim]  |</w:t>
            </w:r>
            <w:proofErr w:type="gramEnd"/>
            <w:r w:rsidRPr="00A15230">
              <w:rPr>
                <w:rFonts w:ascii="Arial" w:hAnsi="Arial" w:cs="Arial"/>
                <w:sz w:val="24"/>
                <w:szCs w:val="24"/>
              </w:rPr>
              <w:t xml:space="preserve">  [horas]</w:t>
            </w:r>
          </w:p>
        </w:tc>
      </w:tr>
    </w:tbl>
    <w:p w14:paraId="4AADB904" w14:textId="77777777" w:rsidR="008356B5" w:rsidRPr="00A15230" w:rsidRDefault="00000000">
      <w:pPr>
        <w:pStyle w:val="Ttulo1"/>
        <w:rPr>
          <w:rFonts w:ascii="Arial" w:hAnsi="Arial" w:cs="Arial"/>
          <w:sz w:val="24"/>
          <w:szCs w:val="24"/>
        </w:rPr>
      </w:pPr>
      <w:proofErr w:type="spellStart"/>
      <w:r w:rsidRPr="00A15230">
        <w:rPr>
          <w:rFonts w:ascii="Arial" w:hAnsi="Arial" w:cs="Arial"/>
          <w:sz w:val="24"/>
          <w:szCs w:val="24"/>
        </w:rPr>
        <w:t>Solicitação</w:t>
      </w:r>
      <w:proofErr w:type="spellEnd"/>
      <w:r w:rsidRPr="00A15230">
        <w:rPr>
          <w:rFonts w:ascii="Arial" w:hAnsi="Arial" w:cs="Arial"/>
          <w:sz w:val="24"/>
          <w:szCs w:val="24"/>
        </w:rPr>
        <w:t xml:space="preserve"> e plano</w:t>
      </w:r>
    </w:p>
    <w:p w14:paraId="059FB928" w14:textId="77777777" w:rsidR="008356B5" w:rsidRPr="00A15230" w:rsidRDefault="00000000">
      <w:pPr>
        <w:rPr>
          <w:rFonts w:ascii="Arial" w:hAnsi="Arial" w:cs="Arial"/>
          <w:sz w:val="24"/>
          <w:szCs w:val="24"/>
        </w:rPr>
      </w:pPr>
      <w:r w:rsidRPr="00A15230">
        <w:rPr>
          <w:rFonts w:ascii="Arial" w:hAnsi="Arial" w:cs="Arial"/>
          <w:sz w:val="24"/>
          <w:szCs w:val="24"/>
        </w:rPr>
        <w:t>Solicito autorização para realizar estágio de docência na disciplina indicada, com a seguinte finalidade:</w:t>
      </w:r>
    </w:p>
    <w:p w14:paraId="5B8ED9D1" w14:textId="77777777" w:rsidR="008356B5" w:rsidRPr="00A15230" w:rsidRDefault="00000000">
      <w:pPr>
        <w:rPr>
          <w:rFonts w:ascii="Arial" w:hAnsi="Arial" w:cs="Arial"/>
          <w:sz w:val="24"/>
          <w:szCs w:val="24"/>
        </w:rPr>
      </w:pPr>
      <w:r w:rsidRPr="00A15230">
        <w:rPr>
          <w:rFonts w:ascii="Arial" w:hAnsi="Arial" w:cs="Arial"/>
          <w:sz w:val="24"/>
          <w:szCs w:val="24"/>
        </w:rPr>
        <w:t>[justificativa breve e contribuição para a formação/pesquisa]</w:t>
      </w:r>
    </w:p>
    <w:p w14:paraId="1247202A" w14:textId="77777777" w:rsidR="008356B5" w:rsidRPr="00A15230" w:rsidRDefault="00000000">
      <w:pPr>
        <w:rPr>
          <w:rFonts w:ascii="Arial" w:hAnsi="Arial" w:cs="Arial"/>
          <w:sz w:val="24"/>
          <w:szCs w:val="24"/>
        </w:rPr>
      </w:pPr>
      <w:r w:rsidRPr="00A15230">
        <w:rPr>
          <w:rFonts w:ascii="Arial" w:hAnsi="Arial" w:cs="Arial"/>
          <w:sz w:val="24"/>
          <w:szCs w:val="24"/>
        </w:rPr>
        <w:t>Atividades previstas:</w:t>
      </w:r>
    </w:p>
    <w:p w14:paraId="4DA99AB0" w14:textId="77777777" w:rsidR="008356B5" w:rsidRPr="00A15230" w:rsidRDefault="00000000">
      <w:pPr>
        <w:rPr>
          <w:rFonts w:ascii="Arial" w:hAnsi="Arial" w:cs="Arial"/>
          <w:sz w:val="24"/>
          <w:szCs w:val="24"/>
        </w:rPr>
      </w:pPr>
      <w:r w:rsidRPr="00A15230">
        <w:rPr>
          <w:rFonts w:ascii="Segoe UI Symbol" w:hAnsi="Segoe UI Symbol" w:cs="Segoe UI Symbol"/>
          <w:sz w:val="24"/>
          <w:szCs w:val="24"/>
        </w:rPr>
        <w:t>☐</w:t>
      </w:r>
      <w:r w:rsidRPr="00A15230">
        <w:rPr>
          <w:rFonts w:ascii="Arial" w:hAnsi="Arial" w:cs="Arial"/>
          <w:sz w:val="24"/>
          <w:szCs w:val="24"/>
        </w:rPr>
        <w:t xml:space="preserve"> observação e acompanhamento de aulas</w:t>
      </w:r>
    </w:p>
    <w:p w14:paraId="7EA02AF3" w14:textId="77777777" w:rsidR="008356B5" w:rsidRPr="00A15230" w:rsidRDefault="00000000">
      <w:pPr>
        <w:rPr>
          <w:rFonts w:ascii="Arial" w:hAnsi="Arial" w:cs="Arial"/>
          <w:sz w:val="24"/>
          <w:szCs w:val="24"/>
        </w:rPr>
      </w:pPr>
      <w:r w:rsidRPr="00A15230">
        <w:rPr>
          <w:rFonts w:ascii="Segoe UI Symbol" w:hAnsi="Segoe UI Symbol" w:cs="Segoe UI Symbol"/>
          <w:sz w:val="24"/>
          <w:szCs w:val="24"/>
        </w:rPr>
        <w:t>☐</w:t>
      </w:r>
      <w:r w:rsidRPr="00A15230">
        <w:rPr>
          <w:rFonts w:ascii="Arial" w:hAnsi="Arial" w:cs="Arial"/>
          <w:sz w:val="24"/>
          <w:szCs w:val="24"/>
        </w:rPr>
        <w:t xml:space="preserve"> planejamento didático</w:t>
      </w:r>
    </w:p>
    <w:p w14:paraId="619CA463" w14:textId="77777777" w:rsidR="008356B5" w:rsidRPr="00A15230" w:rsidRDefault="00000000">
      <w:pPr>
        <w:rPr>
          <w:rFonts w:ascii="Arial" w:hAnsi="Arial" w:cs="Arial"/>
          <w:sz w:val="24"/>
          <w:szCs w:val="24"/>
        </w:rPr>
      </w:pPr>
      <w:r w:rsidRPr="00A15230">
        <w:rPr>
          <w:rFonts w:ascii="Segoe UI Symbol" w:hAnsi="Segoe UI Symbol" w:cs="Segoe UI Symbol"/>
          <w:sz w:val="24"/>
          <w:szCs w:val="24"/>
        </w:rPr>
        <w:t>☐</w:t>
      </w:r>
      <w:r w:rsidRPr="00A15230">
        <w:rPr>
          <w:rFonts w:ascii="Arial" w:hAnsi="Arial" w:cs="Arial"/>
          <w:sz w:val="24"/>
          <w:szCs w:val="24"/>
        </w:rPr>
        <w:t xml:space="preserve"> seminário ou regência supervisionada</w:t>
      </w:r>
    </w:p>
    <w:p w14:paraId="515B4A66" w14:textId="77777777" w:rsidR="008356B5" w:rsidRPr="00A15230" w:rsidRDefault="00000000">
      <w:pPr>
        <w:rPr>
          <w:rFonts w:ascii="Arial" w:hAnsi="Arial" w:cs="Arial"/>
          <w:sz w:val="24"/>
          <w:szCs w:val="24"/>
        </w:rPr>
      </w:pPr>
      <w:r w:rsidRPr="00A15230">
        <w:rPr>
          <w:rFonts w:ascii="Segoe UI Symbol" w:hAnsi="Segoe UI Symbol" w:cs="Segoe UI Symbol"/>
          <w:sz w:val="24"/>
          <w:szCs w:val="24"/>
        </w:rPr>
        <w:t>☐</w:t>
      </w:r>
      <w:r w:rsidRPr="00A15230">
        <w:rPr>
          <w:rFonts w:ascii="Arial" w:hAnsi="Arial" w:cs="Arial"/>
          <w:sz w:val="24"/>
          <w:szCs w:val="24"/>
        </w:rPr>
        <w:t xml:space="preserve"> elaboração de material</w:t>
      </w:r>
    </w:p>
    <w:p w14:paraId="3641FC21" w14:textId="77777777" w:rsidR="008356B5" w:rsidRPr="00A15230" w:rsidRDefault="00000000">
      <w:pPr>
        <w:rPr>
          <w:rFonts w:ascii="Arial" w:hAnsi="Arial" w:cs="Arial"/>
          <w:sz w:val="24"/>
          <w:szCs w:val="24"/>
        </w:rPr>
      </w:pPr>
      <w:r w:rsidRPr="00A15230">
        <w:rPr>
          <w:rFonts w:ascii="Segoe UI Symbol" w:hAnsi="Segoe UI Symbol" w:cs="Segoe UI Symbol"/>
          <w:sz w:val="24"/>
          <w:szCs w:val="24"/>
        </w:rPr>
        <w:t>☐</w:t>
      </w:r>
      <w:r w:rsidRPr="00A15230">
        <w:rPr>
          <w:rFonts w:ascii="Arial" w:hAnsi="Arial" w:cs="Arial"/>
          <w:sz w:val="24"/>
          <w:szCs w:val="24"/>
        </w:rPr>
        <w:t xml:space="preserve"> outra: __________________________</w:t>
      </w:r>
    </w:p>
    <w:p w14:paraId="1C7245FF" w14:textId="77777777" w:rsidR="008356B5" w:rsidRPr="00A15230" w:rsidRDefault="00000000">
      <w:pPr>
        <w:rPr>
          <w:rFonts w:ascii="Arial" w:hAnsi="Arial" w:cs="Arial"/>
          <w:sz w:val="24"/>
          <w:szCs w:val="24"/>
        </w:rPr>
      </w:pPr>
      <w:r w:rsidRPr="00A15230">
        <w:rPr>
          <w:rFonts w:ascii="Arial" w:hAnsi="Arial" w:cs="Arial"/>
          <w:sz w:val="24"/>
          <w:szCs w:val="24"/>
        </w:rPr>
        <w:t xml:space="preserve">Declaro ciência de que </w:t>
      </w:r>
      <w:proofErr w:type="gramStart"/>
      <w:r w:rsidRPr="00A15230">
        <w:rPr>
          <w:rFonts w:ascii="Arial" w:hAnsi="Arial" w:cs="Arial"/>
          <w:sz w:val="24"/>
          <w:szCs w:val="24"/>
        </w:rPr>
        <w:t>a</w:t>
      </w:r>
      <w:proofErr w:type="gramEnd"/>
      <w:r w:rsidRPr="00A15230">
        <w:rPr>
          <w:rFonts w:ascii="Arial" w:hAnsi="Arial" w:cs="Arial"/>
          <w:sz w:val="24"/>
          <w:szCs w:val="24"/>
        </w:rPr>
        <w:t xml:space="preserve"> atividade é formativa, não gera vínculo acadêmico ou profissional com a UNEMAT, não permite substituição do docente e deverá ser comprovada por mim perante o programa de origem.</w:t>
      </w:r>
    </w:p>
    <w:p w14:paraId="66F41077" w14:textId="77777777" w:rsidR="008356B5" w:rsidRPr="00A15230" w:rsidRDefault="00000000">
      <w:pPr>
        <w:rPr>
          <w:rFonts w:ascii="Arial" w:hAnsi="Arial" w:cs="Arial"/>
          <w:sz w:val="24"/>
          <w:szCs w:val="24"/>
        </w:rPr>
      </w:pPr>
      <w:r w:rsidRPr="00A15230">
        <w:rPr>
          <w:rFonts w:ascii="Arial" w:hAnsi="Arial" w:cs="Arial"/>
          <w:sz w:val="24"/>
          <w:szCs w:val="24"/>
        </w:rPr>
        <w:t>O docente abaixo manifesta anuência e declara que supervisionará as atividades, permanecendo responsável pela disciplina, avaliações e registros acadêmicos.</w:t>
      </w:r>
    </w:p>
    <w:p w14:paraId="3C28945A" w14:textId="77777777" w:rsidR="008356B5" w:rsidRPr="00A15230" w:rsidRDefault="00000000">
      <w:pPr>
        <w:rPr>
          <w:rFonts w:ascii="Arial" w:hAnsi="Arial" w:cs="Arial"/>
          <w:sz w:val="24"/>
          <w:szCs w:val="24"/>
        </w:rPr>
      </w:pPr>
      <w:r w:rsidRPr="00A15230">
        <w:rPr>
          <w:rFonts w:ascii="Arial" w:hAnsi="Arial" w:cs="Arial"/>
          <w:sz w:val="24"/>
          <w:szCs w:val="24"/>
        </w:rPr>
        <w:t>[município], ____/____/______</w:t>
      </w:r>
    </w:p>
    <w:p w14:paraId="7BD0027B" w14:textId="77777777" w:rsidR="008356B5" w:rsidRPr="00A15230" w:rsidRDefault="008356B5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8356B5" w:rsidRPr="00A15230" w14:paraId="7E361721" w14:textId="77777777">
        <w:trPr>
          <w:jc w:val="center"/>
        </w:trPr>
        <w:tc>
          <w:tcPr>
            <w:tcW w:w="4986" w:type="dxa"/>
          </w:tcPr>
          <w:p w14:paraId="75FC14F4" w14:textId="77777777" w:rsidR="008356B5" w:rsidRPr="00A15230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sz w:val="24"/>
                <w:szCs w:val="24"/>
              </w:rPr>
              <w:t>________________________________</w:t>
            </w:r>
            <w:r w:rsidRPr="00A15230">
              <w:rPr>
                <w:rFonts w:ascii="Arial" w:hAnsi="Arial" w:cs="Arial"/>
                <w:sz w:val="24"/>
                <w:szCs w:val="24"/>
              </w:rPr>
              <w:br/>
              <w:t>Pós-graduando(a)</w:t>
            </w:r>
          </w:p>
        </w:tc>
        <w:tc>
          <w:tcPr>
            <w:tcW w:w="4986" w:type="dxa"/>
          </w:tcPr>
          <w:p w14:paraId="62BCC09C" w14:textId="77777777" w:rsidR="008356B5" w:rsidRPr="00A15230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5230">
              <w:rPr>
                <w:rFonts w:ascii="Arial" w:hAnsi="Arial" w:cs="Arial"/>
                <w:sz w:val="24"/>
                <w:szCs w:val="24"/>
              </w:rPr>
              <w:t>________________________________</w:t>
            </w:r>
            <w:r w:rsidRPr="00A15230">
              <w:rPr>
                <w:rFonts w:ascii="Arial" w:hAnsi="Arial" w:cs="Arial"/>
                <w:sz w:val="24"/>
                <w:szCs w:val="24"/>
              </w:rPr>
              <w:br/>
              <w:t>Docente supervisor(a)</w:t>
            </w:r>
          </w:p>
        </w:tc>
      </w:tr>
    </w:tbl>
    <w:p w14:paraId="7C2253DB" w14:textId="77777777" w:rsidR="004B4CCA" w:rsidRPr="00A15230" w:rsidRDefault="004B4CCA">
      <w:pPr>
        <w:rPr>
          <w:rFonts w:ascii="Arial" w:hAnsi="Arial" w:cs="Arial"/>
          <w:sz w:val="24"/>
          <w:szCs w:val="24"/>
        </w:rPr>
      </w:pPr>
    </w:p>
    <w:sectPr w:rsidR="004B4CCA" w:rsidRPr="00A15230" w:rsidSect="00034616">
      <w:headerReference w:type="default" r:id="rId8"/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BBC60" w14:textId="77777777" w:rsidR="00A33E16" w:rsidRDefault="00A33E16">
      <w:pPr>
        <w:spacing w:after="0" w:line="240" w:lineRule="auto"/>
      </w:pPr>
      <w:r>
        <w:separator/>
      </w:r>
    </w:p>
  </w:endnote>
  <w:endnote w:type="continuationSeparator" w:id="0">
    <w:p w14:paraId="46A723C6" w14:textId="77777777" w:rsidR="00A33E16" w:rsidRDefault="00A33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BA8CB" w14:textId="77777777" w:rsidR="00A33E16" w:rsidRDefault="00A33E16">
      <w:pPr>
        <w:spacing w:after="0" w:line="240" w:lineRule="auto"/>
      </w:pPr>
      <w:r>
        <w:separator/>
      </w:r>
    </w:p>
  </w:footnote>
  <w:footnote w:type="continuationSeparator" w:id="0">
    <w:p w14:paraId="69AAA467" w14:textId="77777777" w:rsidR="00A33E16" w:rsidRDefault="00A33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90" w:type="dxa"/>
      <w:jc w:val="center"/>
      <w:tblBorders>
        <w:insideH w:val="single" w:sz="4" w:space="0" w:color="000000"/>
      </w:tblBorders>
      <w:tblLayout w:type="fixed"/>
      <w:tblLook w:val="00A0" w:firstRow="1" w:lastRow="0" w:firstColumn="1" w:lastColumn="0" w:noHBand="0" w:noVBand="0"/>
    </w:tblPr>
    <w:tblGrid>
      <w:gridCol w:w="1275"/>
      <w:gridCol w:w="6519"/>
      <w:gridCol w:w="1296"/>
    </w:tblGrid>
    <w:tr w:rsidR="005D5B97" w:rsidRPr="005D5B97" w14:paraId="6BC89200" w14:textId="77777777" w:rsidTr="005D5B97">
      <w:trPr>
        <w:trHeight w:val="1431"/>
        <w:jc w:val="center"/>
      </w:trPr>
      <w:tc>
        <w:tcPr>
          <w:tcW w:w="1276" w:type="dxa"/>
          <w:hideMark/>
        </w:tcPr>
        <w:p w14:paraId="0FAEB112" w14:textId="77777777" w:rsidR="005D5B97" w:rsidRPr="005D5B97" w:rsidRDefault="005D5B97" w:rsidP="005D5B9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alibri" w:eastAsia="Calibri" w:hAnsi="Calibri" w:cs="Times New Roman"/>
              <w:color w:val="auto"/>
              <w:sz w:val="22"/>
              <w:lang w:val="pt-BR"/>
            </w:rPr>
          </w:pPr>
          <w:r w:rsidRPr="005D5B97">
            <w:rPr>
              <w:rFonts w:ascii="Calibri" w:eastAsia="Calibri" w:hAnsi="Calibri" w:cs="Times New Roman"/>
              <w:noProof/>
              <w:color w:val="auto"/>
              <w:sz w:val="22"/>
              <w:lang w:val="pt-BR"/>
            </w:rPr>
            <w:drawing>
              <wp:anchor distT="0" distB="0" distL="114300" distR="114300" simplePos="0" relativeHeight="251659264" behindDoc="1" locked="0" layoutInCell="1" allowOverlap="1" wp14:anchorId="7A553536" wp14:editId="31E745B7">
                <wp:simplePos x="0" y="0"/>
                <wp:positionH relativeFrom="column">
                  <wp:posOffset>635</wp:posOffset>
                </wp:positionH>
                <wp:positionV relativeFrom="line">
                  <wp:posOffset>-4445</wp:posOffset>
                </wp:positionV>
                <wp:extent cx="750570" cy="688340"/>
                <wp:effectExtent l="0" t="0" r="0" b="0"/>
                <wp:wrapNone/>
                <wp:docPr id="13" name="Imagem 6" descr="brasao_estado_cor_pe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 descr="brasao_estado_cor_pe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0570" cy="6883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521" w:type="dxa"/>
          <w:hideMark/>
        </w:tcPr>
        <w:p w14:paraId="3BCBB9FC" w14:textId="77777777" w:rsidR="005D5B97" w:rsidRPr="005D5B97" w:rsidRDefault="005D5B97" w:rsidP="005D5B97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</w:pPr>
          <w:r w:rsidRPr="005D5B97"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  <w:t>GOVERNO DO ESTADO DE MATO GROSSO</w:t>
          </w:r>
        </w:p>
        <w:p w14:paraId="11AAC61A" w14:textId="77777777" w:rsidR="005D5B97" w:rsidRPr="005D5B97" w:rsidRDefault="005D5B97" w:rsidP="005D5B97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</w:pPr>
          <w:r w:rsidRPr="005D5B97"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  <w:t>SECRETARIA DE ESTADO DE CIÊNCIA, TECNOLOGIA E INOVAÇÃO</w:t>
          </w:r>
        </w:p>
        <w:p w14:paraId="5F7E86D8" w14:textId="77777777" w:rsidR="005D5B97" w:rsidRPr="005D5B97" w:rsidRDefault="005D5B97" w:rsidP="005D5B97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</w:pPr>
          <w:r w:rsidRPr="005D5B97"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  <w:t>UNIVERSIDADE DO ESTADO DE MATO GROSSO</w:t>
          </w:r>
        </w:p>
        <w:p w14:paraId="1407FD8A" w14:textId="77777777" w:rsidR="005D5B97" w:rsidRPr="005D5B97" w:rsidRDefault="005D5B97" w:rsidP="005D5B97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</w:pPr>
          <w:r w:rsidRPr="005D5B97"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  <w:t>CARLOS ALBERTO REYES MALDONADO</w:t>
          </w:r>
        </w:p>
        <w:p w14:paraId="11964E48" w14:textId="630CEE3F" w:rsidR="005D5B97" w:rsidRPr="005D5B97" w:rsidRDefault="005D5B97" w:rsidP="005D5B97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Times New Roman"/>
              <w:color w:val="FF0000"/>
              <w:szCs w:val="20"/>
              <w:lang w:val="pt-BR"/>
            </w:rPr>
          </w:pPr>
          <w:r w:rsidRPr="005D5B97">
            <w:rPr>
              <w:rFonts w:ascii="Calibri" w:eastAsia="Calibri" w:hAnsi="Calibri" w:cs="Times New Roman"/>
              <w:b/>
              <w:color w:val="auto"/>
              <w:szCs w:val="20"/>
              <w:lang w:val="pt-BR"/>
            </w:rPr>
            <w:t>PRÓ-REITORIA DE ENSINO DE GRADUAÇÃO</w:t>
          </w:r>
        </w:p>
      </w:tc>
      <w:tc>
        <w:tcPr>
          <w:tcW w:w="1296" w:type="dxa"/>
          <w:hideMark/>
        </w:tcPr>
        <w:p w14:paraId="4E45EE02" w14:textId="77777777" w:rsidR="005D5B97" w:rsidRPr="005D5B97" w:rsidRDefault="005D5B97" w:rsidP="005D5B97">
          <w:pPr>
            <w:tabs>
              <w:tab w:val="center" w:pos="4252"/>
              <w:tab w:val="right" w:pos="8504"/>
            </w:tabs>
            <w:spacing w:after="0" w:line="240" w:lineRule="auto"/>
            <w:jc w:val="right"/>
            <w:rPr>
              <w:rFonts w:ascii="Calibri" w:eastAsia="Calibri" w:hAnsi="Calibri" w:cs="Times New Roman"/>
              <w:color w:val="auto"/>
              <w:sz w:val="22"/>
              <w:lang w:val="pt-BR"/>
            </w:rPr>
          </w:pPr>
          <w:r w:rsidRPr="005D5B97">
            <w:rPr>
              <w:rFonts w:ascii="Calibri" w:eastAsia="Calibri" w:hAnsi="Calibri" w:cs="Times New Roman"/>
              <w:noProof/>
              <w:color w:val="auto"/>
              <w:sz w:val="22"/>
              <w:lang w:val="pt-BR"/>
            </w:rPr>
            <w:drawing>
              <wp:anchor distT="0" distB="0" distL="114300" distR="114300" simplePos="0" relativeHeight="251657216" behindDoc="0" locked="0" layoutInCell="1" allowOverlap="1" wp14:anchorId="106A42F1" wp14:editId="5796D9A3">
                <wp:simplePos x="0" y="0"/>
                <wp:positionH relativeFrom="margin">
                  <wp:posOffset>196850</wp:posOffset>
                </wp:positionH>
                <wp:positionV relativeFrom="margin">
                  <wp:posOffset>10795</wp:posOffset>
                </wp:positionV>
                <wp:extent cx="673100" cy="716915"/>
                <wp:effectExtent l="0" t="0" r="0" b="6985"/>
                <wp:wrapSquare wrapText="bothSides"/>
                <wp:docPr id="12" name="Imagem 4" descr="brasao_unemat_c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brasao_unemat_c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100" cy="716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895EA96" w14:textId="77777777" w:rsidR="005D5B97" w:rsidRPr="005D5B97" w:rsidRDefault="005D5B97" w:rsidP="005D5B97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color w:val="auto"/>
        <w:sz w:val="22"/>
        <w:lang w:val="pt-BR"/>
      </w:rPr>
    </w:pPr>
  </w:p>
  <w:p w14:paraId="3DEB8A8E" w14:textId="0CC22915" w:rsidR="008356B5" w:rsidRPr="005D5B97" w:rsidRDefault="008356B5" w:rsidP="005D5B9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4301371">
    <w:abstractNumId w:val="8"/>
  </w:num>
  <w:num w:numId="2" w16cid:durableId="550311565">
    <w:abstractNumId w:val="6"/>
  </w:num>
  <w:num w:numId="3" w16cid:durableId="1293252159">
    <w:abstractNumId w:val="5"/>
  </w:num>
  <w:num w:numId="4" w16cid:durableId="835537804">
    <w:abstractNumId w:val="4"/>
  </w:num>
  <w:num w:numId="5" w16cid:durableId="495537773">
    <w:abstractNumId w:val="7"/>
  </w:num>
  <w:num w:numId="6" w16cid:durableId="918557214">
    <w:abstractNumId w:val="3"/>
  </w:num>
  <w:num w:numId="7" w16cid:durableId="1271204628">
    <w:abstractNumId w:val="2"/>
  </w:num>
  <w:num w:numId="8" w16cid:durableId="1921601437">
    <w:abstractNumId w:val="1"/>
  </w:num>
  <w:num w:numId="9" w16cid:durableId="1661737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6F9"/>
    <w:rsid w:val="000E2AB8"/>
    <w:rsid w:val="0015074B"/>
    <w:rsid w:val="0029639D"/>
    <w:rsid w:val="00326F90"/>
    <w:rsid w:val="00380D91"/>
    <w:rsid w:val="004B4CCA"/>
    <w:rsid w:val="005D5B97"/>
    <w:rsid w:val="006E2162"/>
    <w:rsid w:val="0078783D"/>
    <w:rsid w:val="008356B5"/>
    <w:rsid w:val="009456D8"/>
    <w:rsid w:val="00A15230"/>
    <w:rsid w:val="00A33E16"/>
    <w:rsid w:val="00AA1D8D"/>
    <w:rsid w:val="00AF5977"/>
    <w:rsid w:val="00B47730"/>
    <w:rsid w:val="00CB0664"/>
    <w:rsid w:val="00E201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ED3C31"/>
  <w14:defaultImageDpi w14:val="300"/>
  <w15:docId w15:val="{3A7731BF-83E4-4929-A37D-A3971BF0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000000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before="1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Raphael Monteiro Pires</cp:lastModifiedBy>
  <cp:revision>6</cp:revision>
  <dcterms:created xsi:type="dcterms:W3CDTF">2013-12-23T23:15:00Z</dcterms:created>
  <dcterms:modified xsi:type="dcterms:W3CDTF">2026-09-16T18:50:00Z</dcterms:modified>
  <cp:category/>
</cp:coreProperties>
</file>