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3613F" w14:textId="77777777" w:rsidR="0097133C" w:rsidRPr="0097133C" w:rsidRDefault="0097133C" w:rsidP="0097133C">
      <w:pPr>
        <w:pStyle w:val="Ttulo"/>
        <w:jc w:val="center"/>
      </w:pPr>
      <w:r w:rsidRPr="0097133C">
        <w:t>ORIENTAÇÃO TÉCNICA</w:t>
      </w:r>
    </w:p>
    <w:p w14:paraId="48B68208" w14:textId="77777777" w:rsidR="0097133C" w:rsidRPr="0097133C" w:rsidRDefault="0097133C" w:rsidP="0097133C">
      <w:pPr>
        <w:pStyle w:val="Ttulo"/>
        <w:jc w:val="center"/>
      </w:pPr>
      <w:r w:rsidRPr="0097133C">
        <w:t>ESTÁGIO DE DOCÊNCIA NA GRADUAÇÃO POR PÓS-GRADUANDOS DA UNEMAT E DE OUTRAS INSTITUIÇÕES</w:t>
      </w:r>
    </w:p>
    <w:p w14:paraId="046E5F3C" w14:textId="3ED8E887" w:rsidR="00583C1A" w:rsidRDefault="0097133C">
      <w:pPr>
        <w:pStyle w:val="Ttulo"/>
        <w:jc w:val="center"/>
      </w:pPr>
      <w:r>
        <w:t xml:space="preserve">ANEXO II - </w:t>
      </w:r>
      <w:r w:rsidR="00000000">
        <w:t>PARECER DO COLEGIADO DE CURSO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6576"/>
      </w:tblGrid>
      <w:tr w:rsidR="00583C1A" w14:paraId="4897AE8E" w14:textId="77777777">
        <w:trPr>
          <w:jc w:val="center"/>
        </w:trPr>
        <w:tc>
          <w:tcPr>
            <w:tcW w:w="2494" w:type="dxa"/>
            <w:shd w:val="clear" w:color="auto" w:fill="EAF0F6"/>
            <w:vAlign w:val="center"/>
          </w:tcPr>
          <w:p w14:paraId="19483686" w14:textId="77777777" w:rsidR="00583C1A" w:rsidRDefault="00000000">
            <w:pPr>
              <w:spacing w:after="20"/>
            </w:pPr>
            <w:r>
              <w:rPr>
                <w:b/>
              </w:rPr>
              <w:t>Parecer nº</w:t>
            </w:r>
          </w:p>
        </w:tc>
        <w:tc>
          <w:tcPr>
            <w:tcW w:w="6576" w:type="dxa"/>
            <w:vAlign w:val="center"/>
          </w:tcPr>
          <w:p w14:paraId="02606F3A" w14:textId="77777777" w:rsidR="00583C1A" w:rsidRDefault="00000000">
            <w:pPr>
              <w:spacing w:after="20"/>
            </w:pPr>
            <w:r>
              <w:t>____/______</w:t>
            </w:r>
          </w:p>
        </w:tc>
      </w:tr>
      <w:tr w:rsidR="00583C1A" w14:paraId="189A114D" w14:textId="77777777">
        <w:trPr>
          <w:jc w:val="center"/>
        </w:trPr>
        <w:tc>
          <w:tcPr>
            <w:tcW w:w="2494" w:type="dxa"/>
            <w:shd w:val="clear" w:color="auto" w:fill="EAF0F6"/>
            <w:vAlign w:val="center"/>
          </w:tcPr>
          <w:p w14:paraId="7E10570D" w14:textId="77777777" w:rsidR="00583C1A" w:rsidRDefault="00000000">
            <w:pPr>
              <w:spacing w:after="20"/>
            </w:pPr>
            <w:r>
              <w:rPr>
                <w:b/>
              </w:rPr>
              <w:t>Interessado(a)</w:t>
            </w:r>
          </w:p>
        </w:tc>
        <w:tc>
          <w:tcPr>
            <w:tcW w:w="6576" w:type="dxa"/>
            <w:vAlign w:val="center"/>
          </w:tcPr>
          <w:p w14:paraId="53E879EB" w14:textId="77777777" w:rsidR="00583C1A" w:rsidRDefault="00000000">
            <w:pPr>
              <w:spacing w:after="20"/>
            </w:pPr>
            <w:r>
              <w:t>[nome]</w:t>
            </w:r>
          </w:p>
        </w:tc>
      </w:tr>
      <w:tr w:rsidR="00583C1A" w14:paraId="34A9E8AA" w14:textId="77777777">
        <w:trPr>
          <w:jc w:val="center"/>
        </w:trPr>
        <w:tc>
          <w:tcPr>
            <w:tcW w:w="2494" w:type="dxa"/>
            <w:shd w:val="clear" w:color="auto" w:fill="EAF0F6"/>
            <w:vAlign w:val="center"/>
          </w:tcPr>
          <w:p w14:paraId="69968426" w14:textId="77777777" w:rsidR="00583C1A" w:rsidRDefault="00000000">
            <w:pPr>
              <w:spacing w:after="20"/>
            </w:pPr>
            <w:r>
              <w:rPr>
                <w:b/>
              </w:rPr>
              <w:t>Programa e instituição</w:t>
            </w:r>
          </w:p>
        </w:tc>
        <w:tc>
          <w:tcPr>
            <w:tcW w:w="6576" w:type="dxa"/>
            <w:vAlign w:val="center"/>
          </w:tcPr>
          <w:p w14:paraId="4E588317" w14:textId="77777777" w:rsidR="00583C1A" w:rsidRDefault="00000000">
            <w:pPr>
              <w:spacing w:after="20"/>
            </w:pPr>
            <w:r>
              <w:t>[programa]  |  [instituição]</w:t>
            </w:r>
          </w:p>
        </w:tc>
      </w:tr>
      <w:tr w:rsidR="00583C1A" w14:paraId="21F69A88" w14:textId="77777777">
        <w:trPr>
          <w:jc w:val="center"/>
        </w:trPr>
        <w:tc>
          <w:tcPr>
            <w:tcW w:w="2494" w:type="dxa"/>
            <w:shd w:val="clear" w:color="auto" w:fill="EAF0F6"/>
            <w:vAlign w:val="center"/>
          </w:tcPr>
          <w:p w14:paraId="754F9D64" w14:textId="77777777" w:rsidR="00583C1A" w:rsidRDefault="00000000">
            <w:pPr>
              <w:spacing w:after="20"/>
            </w:pPr>
            <w:r>
              <w:rPr>
                <w:b/>
              </w:rPr>
              <w:t>Disciplina</w:t>
            </w:r>
          </w:p>
        </w:tc>
        <w:tc>
          <w:tcPr>
            <w:tcW w:w="6576" w:type="dxa"/>
            <w:vAlign w:val="center"/>
          </w:tcPr>
          <w:p w14:paraId="0A560B27" w14:textId="77777777" w:rsidR="00583C1A" w:rsidRDefault="00000000">
            <w:pPr>
              <w:spacing w:after="20"/>
            </w:pPr>
            <w:r>
              <w:t>[nome/código]</w:t>
            </w:r>
          </w:p>
        </w:tc>
      </w:tr>
      <w:tr w:rsidR="00583C1A" w14:paraId="598043CF" w14:textId="77777777">
        <w:trPr>
          <w:jc w:val="center"/>
        </w:trPr>
        <w:tc>
          <w:tcPr>
            <w:tcW w:w="2494" w:type="dxa"/>
            <w:shd w:val="clear" w:color="auto" w:fill="EAF0F6"/>
            <w:vAlign w:val="center"/>
          </w:tcPr>
          <w:p w14:paraId="0C931233" w14:textId="77777777" w:rsidR="00583C1A" w:rsidRDefault="00000000">
            <w:pPr>
              <w:spacing w:after="20"/>
            </w:pPr>
            <w:r>
              <w:rPr>
                <w:b/>
              </w:rPr>
              <w:t>Supervisor(a)</w:t>
            </w:r>
          </w:p>
        </w:tc>
        <w:tc>
          <w:tcPr>
            <w:tcW w:w="6576" w:type="dxa"/>
            <w:vAlign w:val="center"/>
          </w:tcPr>
          <w:p w14:paraId="012DEA40" w14:textId="77777777" w:rsidR="00583C1A" w:rsidRDefault="00000000">
            <w:pPr>
              <w:spacing w:after="20"/>
            </w:pPr>
            <w:r>
              <w:t>[nome]</w:t>
            </w:r>
          </w:p>
        </w:tc>
      </w:tr>
      <w:tr w:rsidR="00583C1A" w14:paraId="402C8F51" w14:textId="77777777">
        <w:trPr>
          <w:jc w:val="center"/>
        </w:trPr>
        <w:tc>
          <w:tcPr>
            <w:tcW w:w="2494" w:type="dxa"/>
            <w:shd w:val="clear" w:color="auto" w:fill="EAF0F6"/>
            <w:vAlign w:val="center"/>
          </w:tcPr>
          <w:p w14:paraId="28B63CA3" w14:textId="77777777" w:rsidR="00583C1A" w:rsidRDefault="00000000">
            <w:pPr>
              <w:spacing w:after="20"/>
            </w:pPr>
            <w:r>
              <w:rPr>
                <w:b/>
              </w:rPr>
              <w:t>Período e carga horária</w:t>
            </w:r>
          </w:p>
        </w:tc>
        <w:tc>
          <w:tcPr>
            <w:tcW w:w="6576" w:type="dxa"/>
            <w:vAlign w:val="center"/>
          </w:tcPr>
          <w:p w14:paraId="7240EF63" w14:textId="77777777" w:rsidR="00583C1A" w:rsidRDefault="00000000">
            <w:pPr>
              <w:spacing w:after="20"/>
            </w:pPr>
            <w:r>
              <w:t>[período]  |  [horas]</w:t>
            </w:r>
          </w:p>
        </w:tc>
      </w:tr>
    </w:tbl>
    <w:p w14:paraId="0882F510" w14:textId="77777777" w:rsidR="00583C1A" w:rsidRDefault="00000000">
      <w:pPr>
        <w:pStyle w:val="Ttulo1"/>
      </w:pPr>
      <w:r>
        <w:t>Análise</w:t>
      </w:r>
    </w:p>
    <w:p w14:paraId="23002A1A" w14:textId="77777777" w:rsidR="00583C1A" w:rsidRDefault="00000000">
      <w:r>
        <w:t>O Colegiado analisou o requerimento e verificou a documentação, a finalidade formativa da atividade e a anuência do docente supervisor.</w:t>
      </w:r>
    </w:p>
    <w:p w14:paraId="585BDF44" w14:textId="77777777" w:rsidR="00583C1A" w:rsidRDefault="00000000">
      <w:r>
        <w:t>O pós-graduando atuará exclusivamente sob supervisão, sem assumir a disciplina, substituir o docente ou realizar, de forma autônoma, avaliações e registros acadêmicos. A atividade não gera vínculo acadêmico, funcional, profissional ou remuneratório com a UNEMAT.</w:t>
      </w:r>
    </w:p>
    <w:p w14:paraId="579119E7" w14:textId="77777777" w:rsidR="00583C1A" w:rsidRDefault="00000000">
      <w:pPr>
        <w:pStyle w:val="Ttulo1"/>
      </w:pPr>
      <w:r>
        <w:t>Deliberação</w:t>
      </w:r>
    </w:p>
    <w:p w14:paraId="749BA9D4" w14:textId="77777777" w:rsidR="00583C1A" w:rsidRDefault="00000000">
      <w:r>
        <w:t>☐ Deferido   ☐ Deferido com condições   ☐ Indeferido</w:t>
      </w:r>
    </w:p>
    <w:p w14:paraId="12CF0DF9" w14:textId="77777777" w:rsidR="00583C1A" w:rsidRDefault="00000000">
      <w:r>
        <w:t>Condições ou justificativa: [preencher de forma sucinta]</w:t>
      </w:r>
    </w:p>
    <w:p w14:paraId="2C57C8EC" w14:textId="77777777" w:rsidR="00583C1A" w:rsidRDefault="00000000">
      <w:r>
        <w:t>Em caso de deferimento, deverá ser apresentado relatório final assinado pelo pós-graduando e pelo supervisor.</w:t>
      </w:r>
    </w:p>
    <w:p w14:paraId="3EC3D9CE" w14:textId="77777777" w:rsidR="00583C1A" w:rsidRDefault="00000000">
      <w:r>
        <w:t>Decisão registrada na Ata nº ______, reunião de ____/____/______.</w:t>
      </w:r>
    </w:p>
    <w:p w14:paraId="7A878607" w14:textId="77777777" w:rsidR="00583C1A" w:rsidRDefault="00583C1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583C1A" w14:paraId="32B1334C" w14:textId="77777777">
        <w:trPr>
          <w:jc w:val="center"/>
        </w:trPr>
        <w:tc>
          <w:tcPr>
            <w:tcW w:w="4986" w:type="dxa"/>
          </w:tcPr>
          <w:p w14:paraId="3C2DC4B6" w14:textId="77777777" w:rsidR="00583C1A" w:rsidRDefault="00000000">
            <w:pPr>
              <w:jc w:val="center"/>
            </w:pPr>
            <w:r>
              <w:t>________________________________</w:t>
            </w:r>
            <w:r>
              <w:br/>
              <w:t>Relator(a)</w:t>
            </w:r>
          </w:p>
        </w:tc>
        <w:tc>
          <w:tcPr>
            <w:tcW w:w="4986" w:type="dxa"/>
          </w:tcPr>
          <w:p w14:paraId="42E051DC" w14:textId="77777777" w:rsidR="00583C1A" w:rsidRDefault="00000000">
            <w:pPr>
              <w:jc w:val="center"/>
            </w:pPr>
            <w:r>
              <w:t>________________________________</w:t>
            </w:r>
            <w:r>
              <w:br/>
              <w:t>Presidente do Colegiado</w:t>
            </w:r>
          </w:p>
        </w:tc>
      </w:tr>
    </w:tbl>
    <w:p w14:paraId="5309C44C" w14:textId="77777777" w:rsidR="00CF44A6" w:rsidRDefault="00CF44A6"/>
    <w:sectPr w:rsidR="00CF44A6" w:rsidSect="00034616">
      <w:headerReference w:type="default" r:id="rId8"/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D7E38" w14:textId="77777777" w:rsidR="00070E42" w:rsidRDefault="00070E42">
      <w:pPr>
        <w:spacing w:after="0" w:line="240" w:lineRule="auto"/>
      </w:pPr>
      <w:r>
        <w:separator/>
      </w:r>
    </w:p>
  </w:endnote>
  <w:endnote w:type="continuationSeparator" w:id="0">
    <w:p w14:paraId="445C7732" w14:textId="77777777" w:rsidR="00070E42" w:rsidRDefault="00070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9425C" w14:textId="77777777" w:rsidR="00070E42" w:rsidRDefault="00070E42">
      <w:pPr>
        <w:spacing w:after="0" w:line="240" w:lineRule="auto"/>
      </w:pPr>
      <w:r>
        <w:separator/>
      </w:r>
    </w:p>
  </w:footnote>
  <w:footnote w:type="continuationSeparator" w:id="0">
    <w:p w14:paraId="1F6ABFB6" w14:textId="77777777" w:rsidR="00070E42" w:rsidRDefault="00070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90" w:type="dxa"/>
      <w:jc w:val="center"/>
      <w:tblBorders>
        <w:insideH w:val="single" w:sz="4" w:space="0" w:color="000000"/>
      </w:tblBorders>
      <w:tblLayout w:type="fixed"/>
      <w:tblLook w:val="00A0" w:firstRow="1" w:lastRow="0" w:firstColumn="1" w:lastColumn="0" w:noHBand="0" w:noVBand="0"/>
    </w:tblPr>
    <w:tblGrid>
      <w:gridCol w:w="1275"/>
      <w:gridCol w:w="6519"/>
      <w:gridCol w:w="1296"/>
    </w:tblGrid>
    <w:tr w:rsidR="00AD0861" w:rsidRPr="005D5B97" w14:paraId="5523F99E" w14:textId="77777777" w:rsidTr="0082343A">
      <w:trPr>
        <w:trHeight w:val="1431"/>
        <w:jc w:val="center"/>
      </w:trPr>
      <w:tc>
        <w:tcPr>
          <w:tcW w:w="1276" w:type="dxa"/>
          <w:hideMark/>
        </w:tcPr>
        <w:p w14:paraId="6C29A70E" w14:textId="77777777" w:rsidR="00AD0861" w:rsidRPr="005D5B97" w:rsidRDefault="00AD0861" w:rsidP="00AD086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alibri" w:eastAsia="Calibri" w:hAnsi="Calibri" w:cs="Times New Roman"/>
              <w:color w:val="auto"/>
              <w:sz w:val="22"/>
              <w:lang w:val="pt-BR"/>
            </w:rPr>
          </w:pPr>
          <w:r w:rsidRPr="005D5B97">
            <w:rPr>
              <w:rFonts w:ascii="Calibri" w:eastAsia="Calibri" w:hAnsi="Calibri" w:cs="Times New Roman"/>
              <w:noProof/>
              <w:color w:val="auto"/>
              <w:sz w:val="22"/>
              <w:lang w:val="pt-BR"/>
            </w:rPr>
            <w:drawing>
              <wp:anchor distT="0" distB="0" distL="114300" distR="114300" simplePos="0" relativeHeight="251660288" behindDoc="1" locked="0" layoutInCell="1" allowOverlap="1" wp14:anchorId="085036A8" wp14:editId="084D8315">
                <wp:simplePos x="0" y="0"/>
                <wp:positionH relativeFrom="column">
                  <wp:posOffset>635</wp:posOffset>
                </wp:positionH>
                <wp:positionV relativeFrom="line">
                  <wp:posOffset>-4445</wp:posOffset>
                </wp:positionV>
                <wp:extent cx="750570" cy="688340"/>
                <wp:effectExtent l="0" t="0" r="0" b="0"/>
                <wp:wrapNone/>
                <wp:docPr id="13" name="Imagem 6" descr="brasao_estado_cor_pe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 descr="brasao_estado_cor_peq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0570" cy="6883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521" w:type="dxa"/>
          <w:hideMark/>
        </w:tcPr>
        <w:p w14:paraId="14FAA69F" w14:textId="77777777" w:rsidR="00AD0861" w:rsidRPr="005D5B97" w:rsidRDefault="00AD0861" w:rsidP="00AD0861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</w:pPr>
          <w:r w:rsidRPr="005D5B97"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  <w:t>GOVERNO DO ESTADO DE MATO GROSSO</w:t>
          </w:r>
        </w:p>
        <w:p w14:paraId="6ED6CFD7" w14:textId="77777777" w:rsidR="00AD0861" w:rsidRPr="005D5B97" w:rsidRDefault="00AD0861" w:rsidP="00AD0861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</w:pPr>
          <w:r w:rsidRPr="005D5B97"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  <w:t>SECRETARIA DE ESTADO DE CIÊNCIA, TECNOLOGIA E INOVAÇÃO</w:t>
          </w:r>
        </w:p>
        <w:p w14:paraId="41F06025" w14:textId="77777777" w:rsidR="00AD0861" w:rsidRPr="005D5B97" w:rsidRDefault="00AD0861" w:rsidP="00AD0861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</w:pPr>
          <w:r w:rsidRPr="005D5B97"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  <w:t>UNIVERSIDADE DO ESTADO DE MATO GROSSO</w:t>
          </w:r>
        </w:p>
        <w:p w14:paraId="3DA53ACA" w14:textId="77777777" w:rsidR="00AD0861" w:rsidRPr="005D5B97" w:rsidRDefault="00AD0861" w:rsidP="00AD0861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</w:pPr>
          <w:r w:rsidRPr="005D5B97"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  <w:t>CARLOS ALBERTO REYES MALDONADO</w:t>
          </w:r>
        </w:p>
        <w:p w14:paraId="06CD3EF0" w14:textId="77777777" w:rsidR="00AD0861" w:rsidRPr="005D5B97" w:rsidRDefault="00AD0861" w:rsidP="00AD0861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Times New Roman"/>
              <w:color w:val="FF0000"/>
              <w:szCs w:val="20"/>
              <w:lang w:val="pt-BR"/>
            </w:rPr>
          </w:pPr>
          <w:r w:rsidRPr="005D5B97"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  <w:t>PRÓ-REITORIA DE ENSINO DE GRADUAÇÃO</w:t>
          </w:r>
        </w:p>
      </w:tc>
      <w:tc>
        <w:tcPr>
          <w:tcW w:w="1296" w:type="dxa"/>
          <w:hideMark/>
        </w:tcPr>
        <w:p w14:paraId="0AF431B7" w14:textId="77777777" w:rsidR="00AD0861" w:rsidRPr="005D5B97" w:rsidRDefault="00AD0861" w:rsidP="00AD0861">
          <w:pPr>
            <w:tabs>
              <w:tab w:val="center" w:pos="4252"/>
              <w:tab w:val="right" w:pos="8504"/>
            </w:tabs>
            <w:spacing w:after="0" w:line="240" w:lineRule="auto"/>
            <w:jc w:val="right"/>
            <w:rPr>
              <w:rFonts w:ascii="Calibri" w:eastAsia="Calibri" w:hAnsi="Calibri" w:cs="Times New Roman"/>
              <w:color w:val="auto"/>
              <w:sz w:val="22"/>
              <w:lang w:val="pt-BR"/>
            </w:rPr>
          </w:pPr>
          <w:r w:rsidRPr="005D5B97">
            <w:rPr>
              <w:rFonts w:ascii="Calibri" w:eastAsia="Calibri" w:hAnsi="Calibri" w:cs="Times New Roman"/>
              <w:noProof/>
              <w:color w:val="auto"/>
              <w:sz w:val="22"/>
              <w:lang w:val="pt-BR"/>
            </w:rPr>
            <w:drawing>
              <wp:anchor distT="0" distB="0" distL="114300" distR="114300" simplePos="0" relativeHeight="251659264" behindDoc="0" locked="0" layoutInCell="1" allowOverlap="1" wp14:anchorId="20AA6B03" wp14:editId="44D81646">
                <wp:simplePos x="0" y="0"/>
                <wp:positionH relativeFrom="margin">
                  <wp:posOffset>196850</wp:posOffset>
                </wp:positionH>
                <wp:positionV relativeFrom="margin">
                  <wp:posOffset>10795</wp:posOffset>
                </wp:positionV>
                <wp:extent cx="673100" cy="716915"/>
                <wp:effectExtent l="0" t="0" r="0" b="6985"/>
                <wp:wrapSquare wrapText="bothSides"/>
                <wp:docPr id="12" name="Imagem 4" descr="brasao_unemat_c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brasao_unemat_c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3100" cy="716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602C0ED1" w14:textId="77777777" w:rsidR="00AD0861" w:rsidRPr="005D5B97" w:rsidRDefault="00AD0861" w:rsidP="00AD0861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color w:val="auto"/>
        <w:sz w:val="22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8102877">
    <w:abstractNumId w:val="8"/>
  </w:num>
  <w:num w:numId="2" w16cid:durableId="993685880">
    <w:abstractNumId w:val="6"/>
  </w:num>
  <w:num w:numId="3" w16cid:durableId="679477859">
    <w:abstractNumId w:val="5"/>
  </w:num>
  <w:num w:numId="4" w16cid:durableId="435098070">
    <w:abstractNumId w:val="4"/>
  </w:num>
  <w:num w:numId="5" w16cid:durableId="1940527227">
    <w:abstractNumId w:val="7"/>
  </w:num>
  <w:num w:numId="6" w16cid:durableId="427238302">
    <w:abstractNumId w:val="3"/>
  </w:num>
  <w:num w:numId="7" w16cid:durableId="415831463">
    <w:abstractNumId w:val="2"/>
  </w:num>
  <w:num w:numId="8" w16cid:durableId="1966885701">
    <w:abstractNumId w:val="1"/>
  </w:num>
  <w:num w:numId="9" w16cid:durableId="1396120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E42"/>
    <w:rsid w:val="0015074B"/>
    <w:rsid w:val="0029639D"/>
    <w:rsid w:val="00326F90"/>
    <w:rsid w:val="00583C1A"/>
    <w:rsid w:val="006E2162"/>
    <w:rsid w:val="0097133C"/>
    <w:rsid w:val="009D1721"/>
    <w:rsid w:val="00AA1D8D"/>
    <w:rsid w:val="00AD0861"/>
    <w:rsid w:val="00B47730"/>
    <w:rsid w:val="00CB0664"/>
    <w:rsid w:val="00CF44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9FAD2A"/>
  <w14:defaultImageDpi w14:val="300"/>
  <w15:docId w15:val="{C5AA9EC8-2735-4525-8B97-DE5B9407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000000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before="1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Raphael Monteiro Pires</cp:lastModifiedBy>
  <cp:revision>3</cp:revision>
  <dcterms:created xsi:type="dcterms:W3CDTF">2013-12-23T23:15:00Z</dcterms:created>
  <dcterms:modified xsi:type="dcterms:W3CDTF">2026-09-16T18:50:00Z</dcterms:modified>
  <cp:category/>
</cp:coreProperties>
</file>